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ACKNOWLEDGMENT - CORPORATION</w:t>
      </w:r>
    </w:p>
    <w:p>
      <w:pPr>
        <w:jc w:val="center"/>
      </w:pPr>
      <w:r>
        <w:rPr>
          <w:i/>
          <w:color w:val="666666"/>
          <w:sz w:val="19"/>
        </w:rPr>
        <w:t>For an officer or agent acknowledging on behalf of a corporation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The foregoing electronic instrument was acknowledged before me by means of remote online notarization on __________________________ (date) by ______________________________________________ (name of officer or agent), ______________________________________________ (title of officer or agent), of ______________________________________________ (name of corporation), a ______________________________________________ (state or place of incorporation) corporation, on behalf of the corporation.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Template based on Virginia Code §§ 47.1-16 and 55.1-621(2). Use only when the signer is acting for a corporation and the capacity is supplied by the principal or other lawful authority.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