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32"/>
        </w:rPr>
        <w:t>AUTHOR IDENTITY AND OWNERSHIP AFFIDAVIT</w:t>
      </w:r>
    </w:p>
    <w:p>
      <w:pPr>
        <w:jc w:val="center"/>
      </w:pPr>
      <w:r>
        <w:rPr>
          <w:i/>
          <w:sz w:val="21"/>
        </w:rPr>
        <w:t>For Execution Before a Virginia Electronic Notary by Remote Online Notarization</w:t>
      </w:r>
    </w:p>
    <w:p>
      <w:pPr>
        <w:spacing w:before="40" w:after="120"/>
        <w:pBdr>
          <w:bottom w:val="single" w:sz="8" w:space="1" w:color="1F2C49"/>
        </w:pBdr>
      </w:pPr>
    </w:p>
    <w:tbl>
      <w:tblPr>
        <w:tblW w:type="auto" w:w="0"/>
        <w:jc w:val="center"/>
        <w:tblLayout w:type="autofit"/>
        <w:tblLook w:firstColumn="1" w:firstRow="1" w:lastColumn="0" w:lastRow="0" w:noHBand="0" w:noVBand="1" w:val="04A0"/>
      </w:tblPr>
      <w:tblGrid>
        <w:gridCol w:w="10080"/>
      </w:tblGrid>
      <w:tr>
        <w:tc>
          <w:tcPr>
            <w:tcW w:type="dxa" w:w="10080"/>
            <w:shd w:fill="F2F0EA"/>
            <w:tcBorders>
              <w:top w:val="single" w:sz="6" w:color="B08A2E"/>
              <w:left w:val="single" w:sz="6" w:color="B08A2E"/>
              <w:bottom w:val="single" w:sz="6" w:color="B08A2E"/>
              <w:right w:val="single" w:sz="6" w:color="B08A2E"/>
            </w:tcBorders>
          </w:tcPr>
          <w:p>
            <w:pPr>
              <w:spacing w:after="0"/>
            </w:pPr>
            <w:r>
              <w:rPr>
                <w:b/>
              </w:rPr>
              <w:t xml:space="preserve">IMPORTANT: </w:t>
            </w:r>
            <w:r>
              <w:t>This template records the affiant's sworn statements. It does not itself register a copyright, adjudicate ownership, prove originality, or resolve competing claims. The Virginia notary verifies identity, administers the oath or affirmation, witnesses the electronic signature, and completes the notarial certificate; the notary does not verify the truth or legal sufficiency of the statements.</w:t>
            </w:r>
          </w:p>
        </w:tc>
      </w:tr>
    </w:tbl>
    <w:p/>
    <w:p>
      <w:r>
        <w:rPr>
          <w:b/>
        </w:rPr>
        <w:t>COMMONWEALTH OF VIRGINIA</w:t>
      </w:r>
    </w:p>
    <w:p>
      <w:r>
        <w:rPr>
          <w:b/>
        </w:rPr>
        <w:t>CITY/COUNTY OF ____________________________________</w:t>
      </w:r>
    </w:p>
    <w:p>
      <w:r>
        <w:rPr>
          <w:b w:val="0"/>
        </w:rPr>
        <w:t xml:space="preserve">I, </w:t>
      </w:r>
      <w:r>
        <w:rPr>
          <w:b/>
        </w:rPr>
        <w:t>____________________________________________</w:t>
      </w:r>
      <w:r>
        <w:t>, being first duly sworn or affirmed, state as follows:</w:t>
      </w:r>
    </w:p>
    <w:p>
      <w:pPr>
        <w:pStyle w:val="Heading1"/>
      </w:pPr>
      <w:r>
        <w:t>1. Affiant Information</w:t>
      </w:r>
    </w:p>
    <w:p>
      <w:pPr>
        <w:pStyle w:val="ListNumber"/>
        <w:ind w:left="403" w:hanging="288"/>
      </w:pPr>
      <w:r>
        <w:t>My full legal name is: _________________________________________________.</w:t>
      </w:r>
    </w:p>
    <w:p>
      <w:pPr>
        <w:pStyle w:val="ListNumber"/>
        <w:ind w:left="403" w:hanging="288"/>
      </w:pPr>
      <w:r>
        <w:t>My current mailing address is: ____________________________________________</w:t>
        <w:br/>
        <w:t>________________________________________________________________________.</w:t>
      </w:r>
    </w:p>
    <w:p>
      <w:pPr>
        <w:pStyle w:val="ListNumber"/>
        <w:ind w:left="403" w:hanging="288"/>
      </w:pPr>
      <w:r>
        <w:t>My telephone number is: ______________________. My email address is: ______________________________.</w:t>
      </w:r>
    </w:p>
    <w:p>
      <w:pPr>
        <w:pStyle w:val="ListNumber"/>
        <w:ind w:left="403" w:hanging="288"/>
      </w:pPr>
      <w:r>
        <w:t>I publish, have published, or intend to publish under the following author name(s), pseudonym(s), or pen name(s):</w:t>
        <w:br/>
        <w:t>________________________________________________________________________</w:t>
        <w:br/>
        <w:t>________________________________________________________________________.</w:t>
      </w:r>
    </w:p>
    <w:p>
      <w:pPr>
        <w:pStyle w:val="ListNumber"/>
        <w:ind w:left="403" w:hanging="288"/>
      </w:pPr>
      <w:r>
        <w:t>The relationship between my legal name and each stated pen name is as follows:</w:t>
        <w:br/>
        <w:t>________________________________________________________________________</w:t>
        <w:br/>
        <w:t>________________________________________________________________________.</w:t>
      </w:r>
    </w:p>
    <w:p>
      <w:pPr>
        <w:pStyle w:val="Heading1"/>
      </w:pPr>
      <w:r>
        <w:t>2. Work(s) Identified</w:t>
      </w:r>
    </w:p>
    <w:p>
      <w:r>
        <w:t>For each work covered by this Affidavit, identify the title, subtitle, edition, format, and identifying number, if any.</w:t>
      </w:r>
    </w:p>
    <w:tbl>
      <w:tblPr>
        <w:tblStyle w:val="TableGrid"/>
        <w:tblW w:type="auto" w:w="0"/>
        <w:jc w:val="center"/>
        <w:tblLook w:firstColumn="1" w:firstRow="1" w:lastColumn="0" w:lastRow="0" w:noHBand="0" w:noVBand="1" w:val="04A0"/>
      </w:tblPr>
      <w:tblGrid>
        <w:gridCol w:w="2016"/>
        <w:gridCol w:w="2016"/>
        <w:gridCol w:w="2016"/>
        <w:gridCol w:w="2016"/>
        <w:gridCol w:w="2016"/>
      </w:tblGrid>
      <w:tr>
        <w:tc>
          <w:tcPr>
            <w:tcW w:type="dxa" w:w="2016"/>
            <w:shd w:fill="E6E2D8"/>
            <w:vAlign w:val="center"/>
          </w:tcPr>
          <w:p>
            <w:r>
              <w:rPr>
                <w:b/>
                <w:sz w:val="18"/>
              </w:rPr>
              <w:t>Book / Work Title</w:t>
            </w:r>
          </w:p>
        </w:tc>
        <w:tc>
          <w:tcPr>
            <w:tcW w:type="dxa" w:w="2016"/>
            <w:shd w:fill="E6E2D8"/>
            <w:vAlign w:val="center"/>
          </w:tcPr>
          <w:p>
            <w:r>
              <w:rPr>
                <w:b/>
                <w:sz w:val="18"/>
              </w:rPr>
              <w:t>Subtitle / Edition</w:t>
            </w:r>
          </w:p>
        </w:tc>
        <w:tc>
          <w:tcPr>
            <w:tcW w:type="dxa" w:w="2016"/>
            <w:shd w:fill="E6E2D8"/>
            <w:vAlign w:val="center"/>
          </w:tcPr>
          <w:p>
            <w:r>
              <w:rPr>
                <w:b/>
                <w:sz w:val="18"/>
              </w:rPr>
              <w:t>Format</w:t>
            </w:r>
          </w:p>
        </w:tc>
        <w:tc>
          <w:tcPr>
            <w:tcW w:type="dxa" w:w="2016"/>
            <w:shd w:fill="E6E2D8"/>
            <w:vAlign w:val="center"/>
          </w:tcPr>
          <w:p>
            <w:r>
              <w:rPr>
                <w:b/>
                <w:sz w:val="18"/>
              </w:rPr>
              <w:t>ISBN / ASIN / Other ID</w:t>
            </w:r>
          </w:p>
        </w:tc>
        <w:tc>
          <w:tcPr>
            <w:tcW w:type="dxa" w:w="2016"/>
            <w:shd w:fill="E6E2D8"/>
            <w:vAlign w:val="center"/>
          </w:tcPr>
          <w:p>
            <w:r>
              <w:rPr>
                <w:b/>
                <w:sz w:val="18"/>
              </w:rPr>
              <w:t>Publication Status / Date</w:t>
            </w:r>
          </w:p>
        </w:tc>
      </w:tr>
      <w:tr>
        <w:tc>
          <w:tcPr>
            <w:tcW w:type="dxa" w:w="2016"/>
            <w:vAlign w:val="center"/>
          </w:tcPr>
          <w:p>
            <w:r>
              <w:br/>
              <w:br/>
            </w:r>
          </w:p>
        </w:tc>
        <w:tc>
          <w:tcPr>
            <w:tcW w:type="dxa" w:w="2016"/>
            <w:vAlign w:val="center"/>
          </w:tcPr>
          <w:p>
            <w:r>
              <w:br/>
              <w:br/>
            </w:r>
          </w:p>
        </w:tc>
        <w:tc>
          <w:tcPr>
            <w:tcW w:type="dxa" w:w="2016"/>
            <w:vAlign w:val="center"/>
          </w:tcPr>
          <w:p>
            <w:r>
              <w:br/>
              <w:br/>
            </w:r>
          </w:p>
        </w:tc>
        <w:tc>
          <w:tcPr>
            <w:tcW w:type="dxa" w:w="2016"/>
            <w:vAlign w:val="center"/>
          </w:tcPr>
          <w:p>
            <w:r>
              <w:br/>
              <w:br/>
            </w:r>
          </w:p>
        </w:tc>
        <w:tc>
          <w:tcPr>
            <w:tcW w:type="dxa" w:w="2016"/>
            <w:vAlign w:val="center"/>
          </w:tcPr>
          <w:p>
            <w:r>
              <w:br/>
              <w:br/>
            </w:r>
          </w:p>
        </w:tc>
      </w:tr>
      <w:tr>
        <w:tc>
          <w:tcPr>
            <w:tcW w:type="dxa" w:w="2016"/>
            <w:vAlign w:val="center"/>
          </w:tcPr>
          <w:p>
            <w:r>
              <w:br/>
              <w:br/>
            </w:r>
          </w:p>
        </w:tc>
        <w:tc>
          <w:tcPr>
            <w:tcW w:type="dxa" w:w="2016"/>
            <w:vAlign w:val="center"/>
          </w:tcPr>
          <w:p>
            <w:r>
              <w:br/>
              <w:br/>
            </w:r>
          </w:p>
        </w:tc>
        <w:tc>
          <w:tcPr>
            <w:tcW w:type="dxa" w:w="2016"/>
            <w:vAlign w:val="center"/>
          </w:tcPr>
          <w:p>
            <w:r>
              <w:br/>
              <w:br/>
            </w:r>
          </w:p>
        </w:tc>
        <w:tc>
          <w:tcPr>
            <w:tcW w:type="dxa" w:w="2016"/>
            <w:vAlign w:val="center"/>
          </w:tcPr>
          <w:p>
            <w:r>
              <w:br/>
              <w:br/>
            </w:r>
          </w:p>
        </w:tc>
        <w:tc>
          <w:tcPr>
            <w:tcW w:type="dxa" w:w="2016"/>
            <w:vAlign w:val="center"/>
          </w:tcPr>
          <w:p>
            <w:r>
              <w:br/>
              <w:br/>
            </w:r>
          </w:p>
        </w:tc>
      </w:tr>
      <w:tr>
        <w:tc>
          <w:tcPr>
            <w:tcW w:type="dxa" w:w="2016"/>
            <w:vAlign w:val="center"/>
          </w:tcPr>
          <w:p>
            <w:r>
              <w:br/>
              <w:br/>
            </w:r>
          </w:p>
        </w:tc>
        <w:tc>
          <w:tcPr>
            <w:tcW w:type="dxa" w:w="2016"/>
            <w:vAlign w:val="center"/>
          </w:tcPr>
          <w:p>
            <w:r>
              <w:br/>
              <w:br/>
            </w:r>
          </w:p>
        </w:tc>
        <w:tc>
          <w:tcPr>
            <w:tcW w:type="dxa" w:w="2016"/>
            <w:vAlign w:val="center"/>
          </w:tcPr>
          <w:p>
            <w:r>
              <w:br/>
              <w:br/>
            </w:r>
          </w:p>
        </w:tc>
        <w:tc>
          <w:tcPr>
            <w:tcW w:type="dxa" w:w="2016"/>
            <w:vAlign w:val="center"/>
          </w:tcPr>
          <w:p>
            <w:r>
              <w:br/>
              <w:br/>
            </w:r>
          </w:p>
        </w:tc>
        <w:tc>
          <w:tcPr>
            <w:tcW w:type="dxa" w:w="2016"/>
            <w:vAlign w:val="center"/>
          </w:tcPr>
          <w:p>
            <w:r>
              <w:br/>
              <w:br/>
            </w:r>
          </w:p>
        </w:tc>
      </w:tr>
    </w:tbl>
    <w:p>
      <w:pPr>
        <w:pStyle w:val="Heading1"/>
      </w:pPr>
      <w:r>
        <w:t>3. Publishing Imprint and Business Identity</w:t>
      </w:r>
    </w:p>
    <w:p>
      <w:pPr>
        <w:pStyle w:val="ListNumber"/>
        <w:ind w:left="403" w:hanging="288"/>
      </w:pPr>
      <w:r>
        <w:t>The publishing imprint, publisher name, or business name associated with the work(s) is:</w:t>
        <w:br/>
        <w:t>________________________________________________________________________.</w:t>
      </w:r>
    </w:p>
    <w:p>
      <w:pPr>
        <w:pStyle w:val="ListNumber"/>
        <w:ind w:left="403" w:hanging="288"/>
      </w:pPr>
      <w:r>
        <w:t>The legal entity that owns or operates the imprint, if any, is:</w:t>
        <w:br/>
        <w:t>________________________________________________________________________.</w:t>
      </w:r>
    </w:p>
    <w:p>
      <w:pPr>
        <w:pStyle w:val="ListNumber"/>
        <w:ind w:left="403" w:hanging="288"/>
      </w:pPr>
      <w:r>
        <w:t>The relationship between me and the imprint or entity is:</w:t>
        <w:br/>
        <w:t>________________________________________________________________________.</w:t>
      </w:r>
    </w:p>
    <w:p>
      <w:pPr>
        <w:pStyle w:val="ListNumber"/>
        <w:ind w:left="403" w:hanging="288"/>
      </w:pPr>
      <w:r>
        <w:t>Relevant website, retailer, distributor, or publishing-platform account name(s) are:</w:t>
        <w:br/>
        <w:t>________________________________________________________________________.</w:t>
      </w:r>
    </w:p>
    <w:p>
      <w:pPr>
        <w:pStyle w:val="Heading1"/>
      </w:pPr>
      <w:r>
        <w:t>4. Creation History</w:t>
      </w:r>
    </w:p>
    <w:p>
      <w:pPr>
        <w:pStyle w:val="ListNumber"/>
        <w:ind w:left="403" w:hanging="288"/>
      </w:pPr>
      <w:r>
        <w:t>I began creating the work(s) on or about: _______________________________.</w:t>
      </w:r>
    </w:p>
    <w:p>
      <w:pPr>
        <w:pStyle w:val="ListNumber"/>
        <w:ind w:left="403" w:hanging="288"/>
      </w:pPr>
      <w:r>
        <w:t>The work(s) were substantially completed on or about: _______________________________.</w:t>
      </w:r>
    </w:p>
    <w:p>
      <w:pPr>
        <w:pStyle w:val="ListNumber"/>
        <w:ind w:left="403" w:hanging="288"/>
      </w:pPr>
      <w:r>
        <w:t>The work(s) were first published, distributed, displayed, or offered for sale on or about: _______________________________.</w:t>
      </w:r>
    </w:p>
    <w:p>
      <w:pPr>
        <w:pStyle w:val="ListNumber"/>
        <w:ind w:left="403" w:hanging="288"/>
      </w:pPr>
      <w:r>
        <w:t>The principal locations, devices, accounts, files, notebooks, drafts, or records used to create and preserve the work(s) include:</w:t>
        <w:br/>
        <w:t>________________________________________________________________________</w:t>
        <w:br/>
        <w:t>________________________________________________________________________.</w:t>
      </w:r>
    </w:p>
    <w:p>
      <w:pPr>
        <w:pStyle w:val="ListNumber"/>
        <w:ind w:left="403" w:hanging="288"/>
      </w:pPr>
      <w:r>
        <w:t>The following drafts, timestamps, registrations, deposits, correspondence, contracts, invoices, or other records support the creation history:</w:t>
        <w:br/>
        <w:t>________________________________________________________________________</w:t>
        <w:br/>
        <w:t>________________________________________________________________________.</w:t>
      </w:r>
    </w:p>
    <w:p>
      <w:pPr>
        <w:pStyle w:val="ListNumber"/>
        <w:ind w:left="403" w:hanging="288"/>
      </w:pPr>
      <w:r>
        <w:t>A concise description of how the work(s) developed from initial concept through completion is:</w:t>
        <w:br/>
        <w:t>________________________________________________________________________</w:t>
        <w:br/>
        <w:t>________________________________________________________________________</w:t>
        <w:br/>
        <w:t>________________________________________________________________________.</w:t>
      </w:r>
    </w:p>
    <w:p>
      <w:pPr>
        <w:pStyle w:val="Heading1"/>
      </w:pPr>
      <w:r>
        <w:t>5. Contributors and Third-Party Material</w:t>
      </w:r>
    </w:p>
    <w:p>
      <w:pPr>
        <w:pStyle w:val="ListNumber"/>
        <w:ind w:left="403" w:hanging="288"/>
      </w:pPr>
      <w:r>
        <w:t>Except as disclosed below, I claim that I created the original authorship contained in the work(s).</w:t>
      </w:r>
    </w:p>
    <w:p>
      <w:pPr>
        <w:pStyle w:val="ListNumber"/>
        <w:ind w:left="403" w:hanging="288"/>
      </w:pPr>
      <w:r>
        <w:t>The following persons contributed writing, editing, illustration, photography, design, narration, research, formatting, or other material:</w:t>
        <w:br/>
        <w:t>________________________________________________________________________</w:t>
        <w:br/>
        <w:t>________________________________________________________________________.</w:t>
      </w:r>
    </w:p>
    <w:p>
      <w:pPr>
        <w:pStyle w:val="ListNumber"/>
        <w:ind w:left="403" w:hanging="288"/>
      </w:pPr>
      <w:r>
        <w:t>For each contributor, the applicable written agreement, assignment, license, permission, work-made-for-hire agreement, or other authorization is described as follows:</w:t>
        <w:br/>
        <w:t>________________________________________________________________________</w:t>
        <w:br/>
        <w:t>________________________________________________________________________.</w:t>
      </w:r>
    </w:p>
    <w:p>
      <w:pPr>
        <w:pStyle w:val="ListNumber"/>
        <w:ind w:left="403" w:hanging="288"/>
      </w:pPr>
      <w:r>
        <w:t>The work(s) include the following third-party quotations, images, artwork, data, trademarks, public-domain material, licensed material, or other preexisting content:</w:t>
        <w:br/>
        <w:t>________________________________________________________________________</w:t>
        <w:br/>
        <w:t>________________________________________________________________________.</w:t>
      </w:r>
    </w:p>
    <w:p>
      <w:pPr>
        <w:pStyle w:val="ListNumber"/>
        <w:ind w:left="403" w:hanging="288"/>
      </w:pPr>
      <w:r>
        <w:t>My basis for using each item of third-party or preexisting material is:</w:t>
        <w:br/>
        <w:t>________________________________________________________________________</w:t>
        <w:br/>
        <w:t>________________________________________________________________________.</w:t>
      </w:r>
    </w:p>
    <w:p>
      <w:pPr>
        <w:pStyle w:val="Heading1"/>
      </w:pPr>
      <w:r>
        <w:t>6. Claimed Ownership and Rights</w:t>
      </w:r>
    </w:p>
    <w:p>
      <w:pPr>
        <w:pStyle w:val="ListNumber"/>
        <w:ind w:left="403" w:hanging="288"/>
      </w:pPr>
      <w:r>
        <w:t>I claim ownership of the following rights in the identified work(s), subject to any disclosed agreements, licenses, assignments, or third-party rights:</w:t>
        <w:br/>
        <w:t>________________________________________________________________________</w:t>
        <w:br/>
        <w:t>________________________________________________________________________.</w:t>
      </w:r>
    </w:p>
    <w:p>
      <w:pPr>
        <w:pStyle w:val="ListNumber"/>
        <w:ind w:left="403" w:hanging="288"/>
      </w:pPr>
      <w:r>
        <w:t>To the best of my knowledge, the following persons or entities currently hold, share, administer, license, or receive royalties from any rights in the work(s):</w:t>
        <w:br/>
        <w:t>________________________________________________________________________</w:t>
        <w:br/>
        <w:t>________________________________________________________________________.</w:t>
      </w:r>
    </w:p>
    <w:p>
      <w:pPr>
        <w:pStyle w:val="ListNumber"/>
        <w:ind w:left="403" w:hanging="288"/>
      </w:pPr>
      <w:r>
        <w:t>The work(s) have been assigned, licensed, pledged, transferred, or placed in a trust or business entity as follows:</w:t>
        <w:br/>
        <w:t>________________________________________________________________________</w:t>
        <w:br/>
        <w:t>________________________________________________________________________.</w:t>
      </w:r>
    </w:p>
    <w:p>
      <w:pPr>
        <w:pStyle w:val="ListNumber"/>
        <w:ind w:left="403" w:hanging="288"/>
      </w:pPr>
      <w:r>
        <w:t>Any known dispute, adverse claim, takedown request, platform complaint, infringement allegation, or competing ownership claim is described as follows:</w:t>
        <w:br/>
        <w:t>________________________________________________________________________</w:t>
        <w:br/>
        <w:t>________________________________________________________________________.</w:t>
      </w:r>
    </w:p>
    <w:p>
      <w:pPr>
        <w:pStyle w:val="ListNumber"/>
        <w:ind w:left="403" w:hanging="288"/>
      </w:pPr>
      <w:r>
        <w:t>If no such dispute or competing claim is known, I state: ☐ No known competing claim exists as of the date of this Affidavit.</w:t>
      </w:r>
    </w:p>
    <w:p>
      <w:pPr>
        <w:pStyle w:val="Heading1"/>
      </w:pPr>
      <w:r>
        <w:t>7. Copyright and Registration Information</w:t>
      </w:r>
    </w:p>
    <w:p>
      <w:pPr>
        <w:pStyle w:val="ListNumber"/>
        <w:ind w:left="403" w:hanging="288"/>
      </w:pPr>
      <w:r>
        <w:t>Copyright registration status: ☐ Not filed  ☐ Pending  ☐ Registered  ☐ Unknown / Not applicable.</w:t>
      </w:r>
    </w:p>
    <w:p>
      <w:pPr>
        <w:pStyle w:val="ListNumber"/>
        <w:ind w:left="403" w:hanging="288"/>
      </w:pPr>
      <w:r>
        <w:t>Registration or application number(s), effective date(s), and claimant name(s), if any:</w:t>
        <w:br/>
        <w:t>________________________________________________________________________.</w:t>
      </w:r>
    </w:p>
    <w:p>
      <w:pPr>
        <w:pStyle w:val="ListNumber"/>
        <w:ind w:left="403" w:hanging="288"/>
      </w:pPr>
      <w:r>
        <w:t>I understand that this Affidavit is separate from and does not replace an application to the United States Copyright Office or any other registration, recordation, contract, or legal proceeding.</w:t>
      </w:r>
    </w:p>
    <w:p>
      <w:pPr>
        <w:pStyle w:val="Heading1"/>
      </w:pPr>
      <w:r>
        <w:t>8. Purpose and Reliance</w:t>
      </w:r>
    </w:p>
    <w:p>
      <w:pPr>
        <w:pStyle w:val="ListNumber"/>
        <w:ind w:left="403" w:hanging="288"/>
      </w:pPr>
      <w:r>
        <w:t>I make this Affidavit for the following purpose(s):</w:t>
        <w:br/>
        <w:t>☐ Business records   ☐ Publishing-platform verification   ☐ Banking or payment processing</w:t>
        <w:br/>
        <w:t>☐ Contracting or licensing   ☐ Estate planning   ☐ Litigation or anticipated litigation</w:t>
        <w:br/>
        <w:t>☐ Copyright or intellectual-property records   ☐ Other: _______________________________.</w:t>
      </w:r>
    </w:p>
    <w:p>
      <w:pPr>
        <w:pStyle w:val="ListNumber"/>
        <w:ind w:left="403" w:hanging="288"/>
      </w:pPr>
      <w:r>
        <w:t>The person, company, agency, court, platform, or organization expected to receive or rely upon this Affidavit is:</w:t>
        <w:br/>
        <w:t>________________________________________________________________________.</w:t>
      </w:r>
    </w:p>
    <w:p>
      <w:pPr>
        <w:pStyle w:val="ListNumber"/>
        <w:ind w:left="403" w:hanging="288"/>
      </w:pPr>
      <w:r>
        <w:t>I understand that the receiving party may require additional evidence, different wording, or legal review and may accept or reject this Affidavit in its discretion or under applicable law.</w:t>
      </w:r>
    </w:p>
    <w:p>
      <w:pPr>
        <w:pStyle w:val="Heading1"/>
      </w:pPr>
      <w:r>
        <w:t>9. Sworn Declaration</w:t>
      </w:r>
    </w:p>
    <w:p>
      <w:r>
        <w:t>I declare under oath or affirmation that I have read this Affidavit, that the statements made in it are true and correct to the best of my personal knowledge and belief, and that I have disclosed any material limitations, contributors, assignments, licenses, or known competing claims relevant to the ownership asserted.</w:t>
      </w:r>
    </w:p>
    <w:p>
      <w:pPr>
        <w:spacing w:before="240"/>
      </w:pPr>
      <w:r>
        <w:rPr>
          <w:b/>
        </w:rPr>
        <w:t xml:space="preserve">AFFIANT'S ELECTRONIC SIGNATURE: </w:t>
      </w:r>
      <w:r>
        <w:t>____________________________________________</w:t>
      </w:r>
    </w:p>
    <w:p>
      <w:r>
        <w:rPr>
          <w:b/>
        </w:rPr>
        <w:t xml:space="preserve">Printed Legal Name: </w:t>
      </w:r>
      <w:r>
        <w:t>________________________________________________________</w:t>
      </w:r>
    </w:p>
    <w:p>
      <w:r>
        <w:rPr>
          <w:b/>
        </w:rPr>
        <w:t xml:space="preserve">Pen Name(s), if applicable: </w:t>
      </w:r>
      <w:r>
        <w:t>_________________________________________________</w:t>
      </w:r>
    </w:p>
    <w:p>
      <w:r>
        <w:rPr>
          <w:b/>
        </w:rPr>
        <w:t xml:space="preserve">Date Signed: </w:t>
      </w:r>
      <w:r>
        <w:t>____________________________</w:t>
      </w:r>
    </w:p>
    <w:p>
      <w:pPr>
        <w:spacing w:before="40" w:after="120"/>
        <w:pBdr>
          <w:bottom w:val="single" w:sz="8" w:space="1" w:color="1F2C49"/>
        </w:pBdr>
      </w:pPr>
    </w:p>
    <w:p>
      <w:pPr>
        <w:pStyle w:val="Heading1"/>
      </w:pPr>
      <w:r>
        <w:t>VIRGINIA REMOTE ONLINE NOTARIAL CERTIFICATE - JURAT</w:t>
      </w:r>
    </w:p>
    <w:p>
      <w:r>
        <w:rPr>
          <w:b/>
        </w:rPr>
        <w:t>COMMONWEALTH OF VIRGINIA</w:t>
      </w:r>
    </w:p>
    <w:p>
      <w:r>
        <w:rPr>
          <w:b/>
        </w:rPr>
        <w:t>CITY/COUNTY OF ____________________________________</w:t>
      </w:r>
      <w:r>
        <w:t xml:space="preserve"> (Virginia locality where the electronic notary is physically located)</w:t>
      </w:r>
    </w:p>
    <w:p>
      <w:r>
        <w:t xml:space="preserve">The foregoing Author Identity and Ownership Affidavit was subscribed and sworn to or affirmed before me by remote online notarization on the ____ day of __________________, 20____, by </w:t>
      </w:r>
      <w:r>
        <w:rPr>
          <w:b/>
        </w:rPr>
        <w:t>________________________________________________________</w:t>
      </w:r>
      <w:r>
        <w:t>, whose identity was verified in accordance with applicable Virginia law.</w:t>
      </w:r>
    </w:p>
    <w:p>
      <w:r>
        <w:rPr>
          <w:b/>
        </w:rPr>
        <w:t>This notarial act was performed by remote online notarization.</w:t>
      </w:r>
    </w:p>
    <w:p>
      <w:pPr>
        <w:spacing w:before="240"/>
      </w:pPr>
      <w:r>
        <w:rPr>
          <w:b/>
        </w:rPr>
        <w:t xml:space="preserve">Electronic Signature of Virginia Electronic Notary: </w:t>
      </w:r>
      <w:r>
        <w:t>________________________________________</w:t>
      </w:r>
    </w:p>
    <w:p>
      <w:r>
        <w:rPr>
          <w:b/>
        </w:rPr>
        <w:t xml:space="preserve">Printed Name of Electronic Notary: </w:t>
      </w:r>
      <w:r>
        <w:t>________________________________________________</w:t>
      </w:r>
    </w:p>
    <w:p>
      <w:r>
        <w:rPr>
          <w:b/>
        </w:rPr>
        <w:t xml:space="preserve">Virginia Notary Registration Number: </w:t>
      </w:r>
      <w:r>
        <w:t>____________________________________________</w:t>
      </w:r>
    </w:p>
    <w:p>
      <w:r>
        <w:rPr>
          <w:b/>
        </w:rPr>
        <w:t xml:space="preserve">My Commission Expires: </w:t>
      </w:r>
      <w:r>
        <w:t>______________________________________________________</w:t>
      </w:r>
    </w:p>
    <w:p>
      <w:r>
        <w:rPr>
          <w:b/>
        </w:rPr>
        <w:t xml:space="preserve">Electronic Notarial Seal: </w:t>
      </w:r>
      <w:r>
        <w:t>[AFFIX OR LOGICALLY ASSOCIATE ELECTRONIC SEAL]</w:t>
      </w:r>
    </w:p>
    <w:p/>
    <w:tbl>
      <w:tblPr>
        <w:tblW w:type="auto" w:w="0"/>
        <w:tblLook w:firstColumn="1" w:firstRow="1" w:lastColumn="0" w:lastRow="0" w:noHBand="0" w:noVBand="1" w:val="04A0"/>
      </w:tblPr>
      <w:tblGrid>
        <w:gridCol w:w="10080"/>
      </w:tblGrid>
      <w:tr>
        <w:tc>
          <w:tcPr>
            <w:tcW w:type="dxa" w:w="10080"/>
            <w:shd w:fill="F2F0EA"/>
            <w:tcBorders>
              <w:top w:val="single" w:sz="4" w:color="999999"/>
              <w:left w:val="single" w:sz="4" w:color="999999"/>
              <w:bottom w:val="single" w:sz="4" w:color="999999"/>
              <w:right w:val="single" w:sz="4" w:color="999999"/>
            </w:tcBorders>
          </w:tcPr>
          <w:p>
            <w:r>
              <w:rPr>
                <w:b/>
              </w:rPr>
              <w:t xml:space="preserve">Preparation Notice: </w:t>
            </w:r>
            <w:r>
              <w:t>This is a general-purpose template and is not legal advice. The author, document preparer, receiving party, or qualified attorney should determine whether this affidavit, its statements, and the jurat are appropriate for the intended use. Do not sign until instructed to do so during the live remote online notarial session.</w:t>
            </w:r>
          </w:p>
        </w:tc>
      </w:tr>
    </w:tbl>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color w:val="5A5A5A"/>
        <w:sz w:val="16"/>
      </w:rPr>
      <w:t>Author Identity and Ownership Affidavit - Virginia Remote Online Notarization 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1F2C4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1F2C49"/>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